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68"/>
        <w:gridCol w:w="3623"/>
        <w:gridCol w:w="3643"/>
      </w:tblGrid>
      <w:tr w:rsidR="00B07B8C" w:rsidRPr="00B07B8C" w:rsidTr="00B07B8C">
        <w:trPr>
          <w:jc w:val="center"/>
        </w:trPr>
        <w:tc>
          <w:tcPr>
            <w:tcW w:w="36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B07B8C" w:rsidRPr="00E17DAF" w:rsidRDefault="00B07B8C" w:rsidP="00B07B8C">
            <w:pPr>
              <w:spacing w:after="40"/>
              <w:rPr>
                <w:rFonts w:ascii="Trebuchet MS" w:hAnsi="Trebuchet MS"/>
                <w:b/>
                <w:sz w:val="17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HARGHITA</w:t>
            </w:r>
          </w:p>
          <w:p w:rsidR="00B07B8C" w:rsidRPr="00E17DAF" w:rsidRDefault="00B07B8C" w:rsidP="00B07B8C">
            <w:pPr>
              <w:spacing w:after="40"/>
              <w:rPr>
                <w:rFonts w:ascii="Trebuchet MS" w:hAnsi="Trebuchet MS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COMUNA LĂZAREA</w:t>
            </w:r>
            <w:r w:rsidRPr="00E17DAF">
              <w:rPr>
                <w:rFonts w:ascii="Trebuchet MS" w:hAnsi="Trebuchet MS"/>
                <w:sz w:val="17"/>
              </w:rPr>
              <w:br/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E17DAF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E17DAF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E17DAF">
              <w:rPr>
                <w:rFonts w:ascii="Trebuchet MS" w:hAnsi="Trebuchet MS"/>
                <w:b/>
                <w:sz w:val="17"/>
              </w:rPr>
              <w:br/>
            </w:r>
            <w:r w:rsidRPr="00E17DAF">
              <w:rPr>
                <w:rFonts w:ascii="Trebuchet MS" w:hAnsi="Trebuchet MS"/>
                <w:sz w:val="17"/>
              </w:rPr>
              <w:t xml:space="preserve">CIF: </w:t>
            </w:r>
            <w:r w:rsidRPr="00E17DAF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B07B8C" w:rsidRDefault="00B07B8C" w:rsidP="00B07B8C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E17DAF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9264" behindDoc="0" locked="0" layoutInCell="1" allowOverlap="1" wp14:anchorId="1E435D3A" wp14:editId="195C4E38">
                  <wp:simplePos x="0" y="0"/>
                  <wp:positionH relativeFrom="margin">
                    <wp:posOffset>840740</wp:posOffset>
                  </wp:positionH>
                  <wp:positionV relativeFrom="margin">
                    <wp:posOffset>2540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73E92">
              <w:rPr>
                <w:rFonts w:ascii="Trebuchet MS" w:hAnsi="Trebuchet MS"/>
                <w:b/>
                <w:sz w:val="17"/>
              </w:rPr>
              <w:br/>
            </w:r>
          </w:p>
          <w:p w:rsidR="00B07B8C" w:rsidRDefault="00B07B8C" w:rsidP="00B07B8C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B07B8C" w:rsidRDefault="00B07B8C" w:rsidP="00B07B8C">
            <w:pPr>
              <w:spacing w:after="0"/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B07B8C" w:rsidRPr="00973E92" w:rsidRDefault="00B07B8C" w:rsidP="00B07B8C">
            <w:pPr>
              <w:spacing w:after="0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  <w:b/>
                <w:sz w:val="17"/>
              </w:rPr>
              <w:t>F_AR_01</w:t>
            </w:r>
            <w:r w:rsidRPr="00973E92">
              <w:rPr>
                <w:rFonts w:ascii="Trebuchet MS" w:hAnsi="Trebuchet MS"/>
                <w:b/>
                <w:sz w:val="17"/>
              </w:rPr>
              <w:t xml:space="preserve"> - </w:t>
            </w:r>
            <w:proofErr w:type="spellStart"/>
            <w:r w:rsidRPr="00973E92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973E92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B07B8C" w:rsidRPr="00973E92" w:rsidRDefault="00B07B8C" w:rsidP="00B07B8C">
            <w:pPr>
              <w:rPr>
                <w:rFonts w:ascii="Trebuchet MS" w:hAnsi="Trebuchet MS"/>
              </w:rPr>
            </w:pPr>
            <w:proofErr w:type="spellStart"/>
            <w:r w:rsidRPr="00973E92">
              <w:rPr>
                <w:rFonts w:ascii="Trebuchet MS" w:hAnsi="Trebuchet MS"/>
                <w:i/>
                <w:sz w:val="16"/>
              </w:rPr>
              <w:t>Număr</w:t>
            </w:r>
            <w:proofErr w:type="spellEnd"/>
            <w:r w:rsidRPr="00973E92">
              <w:rPr>
                <w:rFonts w:ascii="Trebuchet MS" w:hAnsi="Trebuchet MS"/>
                <w:i/>
                <w:sz w:val="16"/>
              </w:rPr>
              <w:t xml:space="preserve"> de </w:t>
            </w:r>
            <w:proofErr w:type="spellStart"/>
            <w:r w:rsidRPr="00973E92">
              <w:rPr>
                <w:rFonts w:ascii="Trebuchet MS" w:hAnsi="Trebuchet MS"/>
                <w:i/>
                <w:sz w:val="16"/>
              </w:rPr>
              <w:t>înregistrare</w:t>
            </w:r>
            <w:proofErr w:type="spellEnd"/>
            <w:r w:rsidRPr="00973E92">
              <w:rPr>
                <w:rFonts w:ascii="Trebuchet MS" w:hAnsi="Trebuchet MS"/>
                <w:i/>
                <w:sz w:val="16"/>
              </w:rPr>
              <w:t>: .....................</w:t>
            </w:r>
            <w:r w:rsidRPr="00973E92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973E92">
              <w:rPr>
                <w:rFonts w:ascii="Trebuchet MS" w:hAnsi="Trebuchet MS"/>
                <w:i/>
                <w:sz w:val="16"/>
              </w:rPr>
              <w:br/>
              <w:t xml:space="preserve">(se </w:t>
            </w:r>
            <w:proofErr w:type="spellStart"/>
            <w:r w:rsidRPr="00973E92">
              <w:rPr>
                <w:rFonts w:ascii="Trebuchet MS" w:hAnsi="Trebuchet MS"/>
                <w:i/>
                <w:sz w:val="16"/>
              </w:rPr>
              <w:t>completează</w:t>
            </w:r>
            <w:proofErr w:type="spellEnd"/>
            <w:r w:rsidRPr="00973E92">
              <w:rPr>
                <w:rFonts w:ascii="Trebuchet MS" w:hAnsi="Trebuchet MS"/>
                <w:i/>
                <w:sz w:val="16"/>
              </w:rPr>
              <w:t xml:space="preserve"> de </w:t>
            </w:r>
            <w:proofErr w:type="spellStart"/>
            <w:r w:rsidRPr="00973E92">
              <w:rPr>
                <w:rFonts w:ascii="Trebuchet MS" w:hAnsi="Trebuchet MS"/>
                <w:i/>
                <w:sz w:val="16"/>
              </w:rPr>
              <w:t>autoritate</w:t>
            </w:r>
            <w:proofErr w:type="spellEnd"/>
            <w:r w:rsidRPr="00973E92">
              <w:rPr>
                <w:rFonts w:ascii="Trebuchet MS" w:hAnsi="Trebuchet MS"/>
                <w:i/>
                <w:sz w:val="16"/>
              </w:rPr>
              <w:t>)</w:t>
            </w:r>
          </w:p>
        </w:tc>
      </w:tr>
      <w:tr w:rsidR="00AC348A" w:rsidRPr="00B07B8C" w:rsidTr="00B07B8C">
        <w:trPr>
          <w:jc w:val="center"/>
        </w:trPr>
        <w:tc>
          <w:tcPr>
            <w:tcW w:w="10975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C348A" w:rsidRPr="00B07B8C" w:rsidRDefault="00B07B8C">
            <w:pPr>
              <w:jc w:val="center"/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b/>
                <w:sz w:val="21"/>
              </w:rPr>
              <w:t>CERERE PENTRU EMITEREA AUTORIZAȚIEI DE REGULARIZARE</w:t>
            </w:r>
          </w:p>
        </w:tc>
      </w:tr>
    </w:tbl>
    <w:p w:rsidR="00AC348A" w:rsidRPr="00B07B8C" w:rsidRDefault="00AC348A">
      <w:pPr>
        <w:spacing w:after="80"/>
        <w:rPr>
          <w:rFonts w:ascii="Trebuchet MS" w:hAnsi="Trebuchet MS"/>
        </w:rPr>
      </w:pPr>
    </w:p>
    <w:p w:rsidR="00AC348A" w:rsidRPr="00B07B8C" w:rsidRDefault="00B07B8C">
      <w:pPr>
        <w:rPr>
          <w:rFonts w:ascii="Trebuchet MS" w:hAnsi="Trebuchet MS"/>
        </w:rPr>
      </w:pPr>
      <w:r w:rsidRPr="00B07B8C">
        <w:rPr>
          <w:rFonts w:ascii="Trebuchet MS" w:hAnsi="Trebuchet MS"/>
          <w:b/>
        </w:rPr>
        <w:t>1. CĂTRE</w:t>
      </w:r>
    </w:p>
    <w:p w:rsidR="00AC348A" w:rsidRPr="00B07B8C" w:rsidRDefault="00B07B8C">
      <w:pPr>
        <w:rPr>
          <w:rFonts w:ascii="Trebuchet MS" w:hAnsi="Trebuchet MS"/>
        </w:rPr>
      </w:pPr>
      <w:r w:rsidRPr="00B07B8C">
        <w:rPr>
          <w:rFonts w:ascii="Trebuchet MS" w:hAnsi="Trebuchet MS"/>
        </w:rPr>
        <w:t xml:space="preserve">Instituția: </w:t>
      </w:r>
      <w:sdt>
        <w:sdtPr>
          <w:rPr>
            <w:rFonts w:ascii="Trebuchet MS" w:hAnsi="Trebuchet MS"/>
          </w:rPr>
          <w:id w:val="-1364985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primăria municipiului / oraș</w:t>
      </w:r>
      <w:r w:rsidRPr="00B07B8C">
        <w:rPr>
          <w:rFonts w:ascii="Trebuchet MS" w:hAnsi="Trebuchet MS"/>
          <w:sz w:val="18"/>
        </w:rPr>
        <w:t>ului / comunei</w:t>
      </w:r>
      <w:r w:rsidRPr="00B07B8C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1220288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primăria de sector</w:t>
      </w:r>
      <w:r w:rsidRPr="00B07B8C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15962073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consiliul județean</w:t>
      </w:r>
    </w:p>
    <w:p w:rsidR="00B07B8C" w:rsidRPr="00B07B8C" w:rsidRDefault="00B07B8C">
      <w:pPr>
        <w:spacing w:after="80"/>
        <w:rPr>
          <w:rFonts w:ascii="Trebuchet MS" w:hAnsi="Trebuchet MS"/>
          <w:b/>
          <w:i/>
          <w:sz w:val="20"/>
        </w:rPr>
      </w:pPr>
      <w:r w:rsidRPr="00B07B8C">
        <w:rPr>
          <w:rFonts w:ascii="Trebuchet MS" w:hAnsi="Trebuchet MS"/>
          <w:b/>
          <w:i/>
          <w:sz w:val="20"/>
        </w:rPr>
        <w:t>PRIMĂRIA COMUNEI LĂZAREA</w:t>
      </w:r>
    </w:p>
    <w:p w:rsidR="00AC348A" w:rsidRPr="00B07B8C" w:rsidRDefault="00B07B8C">
      <w:pPr>
        <w:spacing w:after="80"/>
        <w:rPr>
          <w:rFonts w:ascii="Trebuchet MS" w:hAnsi="Trebuchet MS"/>
          <w:sz w:val="20"/>
        </w:rPr>
      </w:pPr>
      <w:proofErr w:type="spellStart"/>
      <w:r w:rsidRPr="00B07B8C">
        <w:rPr>
          <w:rFonts w:ascii="Trebuchet MS" w:hAnsi="Trebuchet MS"/>
          <w:i/>
          <w:sz w:val="14"/>
        </w:rPr>
        <w:t>Cererea</w:t>
      </w:r>
      <w:proofErr w:type="spellEnd"/>
      <w:r w:rsidRPr="00B07B8C">
        <w:rPr>
          <w:rFonts w:ascii="Trebuchet MS" w:hAnsi="Trebuchet MS"/>
          <w:i/>
          <w:sz w:val="14"/>
        </w:rPr>
        <w:t xml:space="preserve"> </w:t>
      </w:r>
      <w:proofErr w:type="spellStart"/>
      <w:r w:rsidRPr="00B07B8C">
        <w:rPr>
          <w:rFonts w:ascii="Trebuchet MS" w:hAnsi="Trebuchet MS"/>
          <w:i/>
          <w:sz w:val="14"/>
        </w:rPr>
        <w:t>va</w:t>
      </w:r>
      <w:proofErr w:type="spellEnd"/>
      <w:r w:rsidRPr="00B07B8C">
        <w:rPr>
          <w:rFonts w:ascii="Trebuchet MS" w:hAnsi="Trebuchet MS"/>
          <w:i/>
          <w:sz w:val="14"/>
        </w:rPr>
        <w:t xml:space="preserve"> fi </w:t>
      </w:r>
      <w:proofErr w:type="spellStart"/>
      <w:r w:rsidRPr="00B07B8C">
        <w:rPr>
          <w:rFonts w:ascii="Trebuchet MS" w:hAnsi="Trebuchet MS"/>
          <w:i/>
          <w:sz w:val="14"/>
        </w:rPr>
        <w:t>t</w:t>
      </w:r>
      <w:bookmarkStart w:id="0" w:name="_GoBack"/>
      <w:bookmarkEnd w:id="0"/>
      <w:r w:rsidRPr="00B07B8C">
        <w:rPr>
          <w:rFonts w:ascii="Trebuchet MS" w:hAnsi="Trebuchet MS"/>
          <w:i/>
          <w:sz w:val="14"/>
        </w:rPr>
        <w:t>ransmisă</w:t>
      </w:r>
      <w:proofErr w:type="spellEnd"/>
      <w:r w:rsidRPr="00B07B8C">
        <w:rPr>
          <w:rFonts w:ascii="Trebuchet MS" w:hAnsi="Trebuchet MS"/>
          <w:i/>
          <w:sz w:val="14"/>
        </w:rPr>
        <w:t xml:space="preserve"> către președintele consiliului județean, primarul general, primarul de sector sau primarul municipiului/orașului/comunei, după caz.</w:t>
      </w:r>
    </w:p>
    <w:p w:rsidR="00AC348A" w:rsidRPr="00B07B8C" w:rsidRDefault="00B07B8C">
      <w:pPr>
        <w:rPr>
          <w:rFonts w:ascii="Trebuchet MS" w:hAnsi="Trebuchet MS"/>
        </w:rPr>
      </w:pPr>
      <w:r w:rsidRPr="00B07B8C">
        <w:rPr>
          <w:rFonts w:ascii="Trebuchet MS" w:hAnsi="Trebuchet MS"/>
          <w:b/>
        </w:rPr>
        <w:t>2. SOLICITANTUL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AC348A" w:rsidRPr="00B07B8C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C348A" w:rsidRPr="00B07B8C" w:rsidRDefault="00B07B8C">
            <w:pPr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sz w:val="17"/>
              </w:rPr>
              <w:t>Nume și prenume</w:t>
            </w:r>
            <w:r w:rsidRPr="00B07B8C">
              <w:rPr>
                <w:rFonts w:ascii="Trebuchet MS" w:hAnsi="Trebuchet MS"/>
                <w:sz w:val="17"/>
              </w:rPr>
              <w:t xml:space="preserve">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C348A" w:rsidRPr="00B07B8C" w:rsidRDefault="00B07B8C">
            <w:pPr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AC348A" w:rsidRPr="00B07B8C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C348A" w:rsidRPr="00B07B8C" w:rsidRDefault="00B07B8C">
            <w:pPr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B07B8C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C348A" w:rsidRPr="00B07B8C" w:rsidRDefault="00B07B8C">
            <w:pPr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B07B8C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B07B8C">
              <w:rPr>
                <w:rFonts w:ascii="Trebuchet MS" w:hAnsi="Trebuchet MS"/>
                <w:sz w:val="17"/>
              </w:rPr>
              <w:br/>
              <w:t xml:space="preserve">Sat/sector: </w:t>
            </w:r>
            <w:r w:rsidRPr="00B07B8C">
              <w:rPr>
                <w:rFonts w:ascii="Trebuchet MS" w:hAnsi="Trebuchet MS"/>
                <w:sz w:val="17"/>
              </w:rPr>
              <w:t>.................... Str. ............................</w:t>
            </w:r>
            <w:r w:rsidRPr="00B07B8C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AC348A" w:rsidRPr="00B07B8C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C348A" w:rsidRPr="00B07B8C" w:rsidRDefault="00B07B8C">
            <w:pPr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C348A" w:rsidRPr="00B07B8C" w:rsidRDefault="00B07B8C">
            <w:pPr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AC348A" w:rsidRPr="00B07B8C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C348A" w:rsidRPr="00B07B8C" w:rsidRDefault="00B07B8C">
            <w:pPr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sz w:val="17"/>
              </w:rPr>
              <w:t>În calitate de reprezentant</w:t>
            </w:r>
            <w:r w:rsidRPr="00B07B8C">
              <w:rPr>
                <w:rFonts w:ascii="Trebuchet MS" w:hAnsi="Trebuchet MS"/>
                <w:sz w:val="17"/>
              </w:rPr>
              <w:t xml:space="preserve">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AC348A" w:rsidRPr="00B07B8C" w:rsidRDefault="00B07B8C">
            <w:pPr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AC348A" w:rsidRPr="00B07B8C" w:rsidRDefault="00AC348A">
      <w:pPr>
        <w:spacing w:after="60"/>
        <w:rPr>
          <w:rFonts w:ascii="Trebuchet MS" w:hAnsi="Trebuchet MS"/>
        </w:rPr>
      </w:pPr>
    </w:p>
    <w:p w:rsidR="00AC348A" w:rsidRPr="00B07B8C" w:rsidRDefault="00B07B8C">
      <w:pPr>
        <w:rPr>
          <w:rFonts w:ascii="Trebuchet MS" w:hAnsi="Trebuchet MS"/>
        </w:rPr>
      </w:pPr>
      <w:r w:rsidRPr="00B07B8C">
        <w:rPr>
          <w:rFonts w:ascii="Trebuchet MS" w:hAnsi="Trebuchet MS"/>
        </w:rPr>
        <w:t xml:space="preserve">În conformitate cu secțiunea a 4-a din Legea nr. 169/2026, art. 301, solicit emiterea </w:t>
      </w:r>
      <w:r w:rsidRPr="00B07B8C">
        <w:rPr>
          <w:rFonts w:ascii="Trebuchet MS" w:hAnsi="Trebuchet MS"/>
          <w:b/>
        </w:rPr>
        <w:t>AUTORIZAȚIEI DE REGULARIZARE</w:t>
      </w:r>
    </w:p>
    <w:p w:rsidR="00AC348A" w:rsidRPr="00B07B8C" w:rsidRDefault="00B07B8C">
      <w:pPr>
        <w:rPr>
          <w:rFonts w:ascii="Trebuchet MS" w:hAnsi="Trebuchet MS"/>
        </w:rPr>
      </w:pPr>
      <w:r w:rsidRPr="00B07B8C">
        <w:rPr>
          <w:rFonts w:ascii="Trebuchet MS" w:hAnsi="Trebuchet MS"/>
          <w:b/>
        </w:rPr>
        <w:t>4. IMOBILUL</w:t>
      </w:r>
    </w:p>
    <w:p w:rsidR="00AC348A" w:rsidRPr="00B07B8C" w:rsidRDefault="00B07B8C">
      <w:pPr>
        <w:rPr>
          <w:rFonts w:ascii="Trebuchet MS" w:hAnsi="Trebuchet MS"/>
        </w:rPr>
      </w:pPr>
      <w:sdt>
        <w:sdtPr>
          <w:rPr>
            <w:rFonts w:ascii="Trebuchet MS" w:hAnsi="Trebuchet MS"/>
          </w:rPr>
          <w:id w:val="-341091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teren</w:t>
      </w:r>
      <w:r w:rsidRPr="00B07B8C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909420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construcții</w:t>
      </w:r>
      <w:r w:rsidRPr="00B07B8C">
        <w:rPr>
          <w:rFonts w:ascii="Trebuchet MS" w:hAnsi="Trebuchet MS"/>
        </w:rPr>
        <w:br/>
        <w:t>Județ: .</w:t>
      </w:r>
      <w:r w:rsidRPr="00B07B8C">
        <w:rPr>
          <w:rFonts w:ascii="Trebuchet MS" w:hAnsi="Trebuchet MS"/>
        </w:rPr>
        <w:t>............................ Municipiu/oraș/comună: ............................. Sat/sector: ............................. Cod poștal: ............</w:t>
      </w:r>
      <w:r w:rsidRPr="00B07B8C">
        <w:rPr>
          <w:rFonts w:ascii="Trebuchet MS" w:hAnsi="Trebuchet MS"/>
        </w:rPr>
        <w:br/>
        <w:t xml:space="preserve">Strada: ........................................................................ Nr. ........ Bl. ........ </w:t>
      </w:r>
      <w:r w:rsidRPr="00B07B8C">
        <w:rPr>
          <w:rFonts w:ascii="Trebuchet MS" w:hAnsi="Trebuchet MS"/>
        </w:rPr>
        <w:t>sc. ........ et. ........ ap. ........</w:t>
      </w:r>
      <w:r w:rsidRPr="00B07B8C">
        <w:rPr>
          <w:rFonts w:ascii="Trebuchet MS" w:hAnsi="Trebuchet MS"/>
        </w:rPr>
        <w:br/>
        <w:t>Suprafața terenului (m²): ........................ Număr cadastral: ........................ Carte funciară nr.: ........................</w:t>
      </w:r>
    </w:p>
    <w:p w:rsidR="00AC348A" w:rsidRPr="00B07B8C" w:rsidRDefault="00B07B8C">
      <w:pPr>
        <w:rPr>
          <w:rFonts w:ascii="Trebuchet MS" w:hAnsi="Trebuchet MS"/>
        </w:rPr>
      </w:pPr>
      <w:r w:rsidRPr="00B07B8C">
        <w:rPr>
          <w:rFonts w:ascii="Trebuchet MS" w:hAnsi="Trebuchet MS"/>
          <w:b/>
        </w:rPr>
        <w:t>5. SITUAȚIA CONSTRUCȚIEI:</w:t>
      </w:r>
      <w:r w:rsidRPr="00B07B8C">
        <w:rPr>
          <w:rFonts w:ascii="Trebuchet MS" w:hAnsi="Trebuchet MS"/>
          <w:b/>
        </w:rPr>
        <w:br/>
      </w:r>
      <w:sdt>
        <w:sdtPr>
          <w:rPr>
            <w:rFonts w:ascii="Trebuchet MS" w:hAnsi="Trebuchet MS"/>
          </w:rPr>
          <w:id w:val="-75543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realizată FĂRĂ autorizație de construire</w:t>
      </w:r>
      <w:r w:rsidRPr="00B07B8C">
        <w:rPr>
          <w:rFonts w:ascii="Trebuchet MS" w:hAnsi="Trebuchet MS"/>
        </w:rPr>
        <w:t xml:space="preserve">  </w:t>
      </w:r>
      <w:sdt>
        <w:sdtPr>
          <w:rPr>
            <w:rFonts w:ascii="Trebuchet MS" w:hAnsi="Trebuchet MS"/>
          </w:rPr>
          <w:id w:val="695822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rea</w:t>
      </w:r>
      <w:r w:rsidRPr="00B07B8C">
        <w:rPr>
          <w:rFonts w:ascii="Trebuchet MS" w:hAnsi="Trebuchet MS"/>
          <w:sz w:val="18"/>
        </w:rPr>
        <w:t>lizată CU NERESPECTAREA autorizației de construire</w:t>
      </w:r>
      <w:r w:rsidRPr="00B07B8C">
        <w:rPr>
          <w:rFonts w:ascii="Trebuchet MS" w:hAnsi="Trebuchet MS"/>
        </w:rPr>
        <w:br/>
        <w:t>Încadrarea art. 301:</w:t>
      </w:r>
      <w:r w:rsidRPr="00B07B8C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045112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alin. (2) locuință unifamilială, Sc &lt;= 150 mp, non-monument</w:t>
      </w:r>
      <w:r w:rsidRPr="00B07B8C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2031910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alin. (2) anexă a locuinței / exploatație agricolă &lt;= 150 mp</w:t>
      </w:r>
      <w:r w:rsidRPr="00B07B8C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930709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alin. (2) lucrări închidere balcoane, fără extinder</w:t>
      </w:r>
      <w:r w:rsidRPr="00B07B8C">
        <w:rPr>
          <w:rFonts w:ascii="Trebuchet MS" w:hAnsi="Trebuchet MS"/>
          <w:sz w:val="18"/>
        </w:rPr>
        <w:t>e domeniu public</w:t>
      </w:r>
      <w:r w:rsidRPr="00B07B8C">
        <w:rPr>
          <w:rFonts w:ascii="Trebuchet MS" w:hAnsi="Trebuchet MS"/>
        </w:rPr>
        <w:br/>
      </w:r>
      <w:sdt>
        <w:sdtPr>
          <w:rPr>
            <w:rFonts w:ascii="Trebuchet MS" w:hAnsi="Trebuchet MS"/>
          </w:rPr>
          <w:id w:val="1482891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07B8C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B07B8C">
        <w:rPr>
          <w:rFonts w:ascii="Trebuchet MS" w:hAnsi="Trebuchet MS"/>
          <w:sz w:val="18"/>
        </w:rPr>
        <w:t xml:space="preserve"> alin. (7) alte categorii, în termenul de excepție de 1 an</w:t>
      </w:r>
    </w:p>
    <w:p w:rsidR="00AC348A" w:rsidRPr="00B07B8C" w:rsidRDefault="00B07B8C">
      <w:pPr>
        <w:rPr>
          <w:rFonts w:ascii="Trebuchet MS" w:hAnsi="Trebuchet MS"/>
        </w:rPr>
      </w:pPr>
      <w:r w:rsidRPr="00B07B8C">
        <w:rPr>
          <w:rFonts w:ascii="Trebuchet MS" w:hAnsi="Trebuchet MS"/>
        </w:rPr>
        <w:t>6. Documentația și expertizarea tehnică pentru toate cerințele fundamentale. 7. Raport conformitate urbanism. 8. Anexe.</w:t>
      </w:r>
    </w:p>
    <w:p w:rsidR="00AC348A" w:rsidRPr="00B07B8C" w:rsidRDefault="00B07B8C">
      <w:pPr>
        <w:rPr>
          <w:rFonts w:ascii="Trebuchet MS" w:hAnsi="Trebuchet MS"/>
        </w:rPr>
      </w:pPr>
      <w:r w:rsidRPr="00B07B8C">
        <w:rPr>
          <w:rFonts w:ascii="Trebuchet MS" w:hAnsi="Trebuchet MS"/>
          <w:b/>
        </w:rPr>
        <w:lastRenderedPageBreak/>
        <w:t>9.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AC348A" w:rsidRPr="00B07B8C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C348A" w:rsidRPr="00B07B8C" w:rsidRDefault="00B07B8C">
            <w:pPr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sz w:val="18"/>
              </w:rPr>
              <w:t xml:space="preserve">Data: </w:t>
            </w:r>
            <w:r w:rsidRPr="00B07B8C">
              <w:rPr>
                <w:rFonts w:ascii="Trebuchet MS" w:hAnsi="Trebuchet MS"/>
                <w:sz w:val="18"/>
              </w:rPr>
              <w:t>........................................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C348A" w:rsidRPr="00B07B8C" w:rsidRDefault="00B07B8C">
            <w:pPr>
              <w:rPr>
                <w:rFonts w:ascii="Trebuchet MS" w:hAnsi="Trebuchet MS"/>
              </w:rPr>
            </w:pPr>
            <w:r w:rsidRPr="00B07B8C">
              <w:rPr>
                <w:rFonts w:ascii="Trebuchet MS" w:hAnsi="Trebuchet MS"/>
                <w:sz w:val="18"/>
              </w:rPr>
              <w:t>Solicitantul: ........................................</w:t>
            </w:r>
            <w:r w:rsidRPr="00B07B8C">
              <w:rPr>
                <w:rFonts w:ascii="Trebuchet MS" w:hAnsi="Trebuchet MS"/>
                <w:sz w:val="18"/>
              </w:rPr>
              <w:br/>
              <w:t>Semnătura: ........................................</w:t>
            </w:r>
          </w:p>
        </w:tc>
      </w:tr>
    </w:tbl>
    <w:p w:rsidR="00AC348A" w:rsidRPr="00B07B8C" w:rsidRDefault="00AC348A">
      <w:pPr>
        <w:spacing w:after="80"/>
        <w:rPr>
          <w:rFonts w:ascii="Trebuchet MS" w:hAnsi="Trebuchet MS"/>
        </w:rPr>
      </w:pPr>
    </w:p>
    <w:sectPr w:rsidR="00AC348A" w:rsidRPr="00B07B8C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AC348A"/>
    <w:rsid w:val="00B07B8C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316D26"/>
  <w14:defaultImageDpi w14:val="300"/>
  <w15:docId w15:val="{F153ABC4-9C83-40B1-A520-49FCB28E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BD5C35-3F32-42D9-85AE-C5D647AE6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2026-09-11T09:20:00Z</dcterms:created>
  <dcterms:modified xsi:type="dcterms:W3CDTF">2026-09-11T09:20:00Z</dcterms:modified>
  <cp:category/>
</cp:coreProperties>
</file>